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97"/>
        <w:gridCol w:w="510"/>
        <w:gridCol w:w="1304"/>
        <w:gridCol w:w="1474"/>
        <w:gridCol w:w="2268"/>
        <w:gridCol w:w="3118"/>
        <w:gridCol w:w="3118"/>
        <w:gridCol w:w="1928"/>
      </w:tblGrid>
      <w:tr>
        <w:trPr>
          <w:cantSplit/>
          <w:tblHeader w:val="true"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 xml:space="preserve"> 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>ZONE ACER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>ZONE ACER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>ZONE ACER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>Dati operatore economico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>Dati operatore economico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>Dati operatore economico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 w:val="14"/>
              </w:rPr>
              <w:t>Telefono/Cellulare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OPUS COSTRUZIONE SPA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segreteria@opuscostruzioni.it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opuscostruzioni@pec.it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335 1371814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B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 MERIDIONALI SRL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costruzionimeridionali@virgilio.it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costruzionimeridionalisrl@arubapec.it  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346 8546062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C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CLEI SOC. COOPERATIVA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gare@infratech.it</w:t>
              <w:br/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infratech@pec.it</w:t>
              <w:br/>
              <w:t>clei.coop@pec.it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352 2947787</w:t>
              <w:br/>
              <w:t>081 5621498</w:t>
              <w:br/>
              <w:t>324 7764318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D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DI.SA. COSTRUZIONI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manutenzionedisa@gmail.com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disa@pec.extratel.it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366 2519466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5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1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ECOLOGIA BERNARDO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ecologiabernardo@gmail.com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ecologiabernardosrl@pec.it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335 7729875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6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2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ICM COSTRUZIONI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icmsrl.org - castresecarandente@yhaoo.it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icmcostruzioni@pec.sinapsis-srl.net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346 8100579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7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1 AVERSA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 BO Impianti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 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delboservizi@pec.it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3401880349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CE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2 ARIENZO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FERRARI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commerciale@ferrariascensori.it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commercialeferrari@pec.it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3351620531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9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BN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ZONE A/C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E'RTA COSTRUZIONI SOC. COOP.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ufficiotecnico.ertaconsortile@gmail.com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ertasocietaconsortile@pec.it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329 4233245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10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BN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ZONE B/D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CENTRO MERIDIONALE COSTRUZIONI SRL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gare@centromeridionalecostruzioni.it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centromeridionale@pec.it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366 3509319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11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BN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1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EDILAMBIENTE PAGNOZZI SRL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edilambientepagnozzi@libero.it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edilambientesrl@legalmail.it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375 5534304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12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BN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2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ECOVIS SRL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info.ecovis@gmail.com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ecovissrls@pec.it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375 5534304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13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BN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BENEVENTO E PROVINCIA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 BO Roma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gdonofrio@delboconsorzio.it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delboroma 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800329850 - 0825 756395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14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Lotto 10 Comparto 1 Avellino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A&amp;G Multiservice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info@aegmultiservice.com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aegmultiservice@pec.it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800616105 - 0825 452995 - 333 2027223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15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Lotto 11 Comparto 2 Ariano Irpino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Delta Impianti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a.distinto@impresadelta.com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deltaimpianti@mypec.eu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342 8039721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16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Lotto 12 Comparto 3 Solofra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Pianese Costruzioni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s.pianese@libero.it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s.pianese@pec.it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380 2314909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17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1 -3-4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Ecologia Sannita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info@ecologiasannita.it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segreteria@ecologiasannita.it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0824 273448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18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2-5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ICM COSTRUZIONI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info@icmsrl.org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icmcostruzioni@pec.sinapsis-srl.net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346 8100579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19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1 - Avellino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BRINDISI ELEVATORI s.r.l. 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 brindisielevatorina@libero.it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brindisielevatorisrl@pec.it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80034300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20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2 Provincia 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 BO Roma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info@delboconsorzio.it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delboroma 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346 0959977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21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3 Provincia B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 VECCHIO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info@delvecchio.it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delvecchio@legalmail.it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800956509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22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Avellino e provincia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Impianti elettrici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A.I.C.O. consorzio stabile S.C.A.R.L.</w:t>
              <w:br/>
              <w:t>consorziata esecutrice</w:t>
              <w:br/>
              <w:t xml:space="preserve">Russo Orazio s.r.l. 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segreteria@ russoorazio.it 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oraziorusso@pec.it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0825 683926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23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Avellino e provincia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Impianti di condizionamento e riscaldamento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Idrotermo Service Cerullo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idrotermo.service@virgilio.it 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 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0825 674641                    320 4888123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24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SA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NORD-LOTTO  4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CONSORZIO STABILE ARTEMIDE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info@consorzioartemide.com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artemide@tpec.it, 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3394556386 -  3468546062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25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SA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SUD-LOTTO  5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FENIX CONSORZIO STABILE SCARL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info@consorziofenix.it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fenix.consorziostabile@pec.it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3791485061 - 33335028212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26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SA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SALERNO CITTA'-LOTTO 3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CONPAT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info@conpat.net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conpat@pec.it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3921157705 - 3802896785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27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SA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NORD-LOTTO  10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Ecologia Sannita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info@ecologiasannita.it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segreteria@ecologiasannita.it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800728407 - 3337246656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28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SA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SUD-LOTTO  9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Ambiente Sud - S.a.S.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info@ambientesud.it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ambientesud@pec.it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0974274104 - 3355398294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29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SA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A-LOTTO 1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 VECCHIO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info@delvecchio.it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delvecchio@legalmail.it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0817158049 - 3351620531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30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SA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ZONA B-LOTTO 2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EFFAR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info@effar.it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effarsrl@legalmail.it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800956542 - 3271565161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31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EST 1 - E1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ALFA TERMICA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alfa.termica@tiscali.it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alfatermicasrl@lamiapec.it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3512512066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32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EST 1 - E2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Costruzioni Cinquegrana S.R.L. 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costruzionicinquegrana@gmail.com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costruzionicinquegrana@legalmail.com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3517495773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33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 xml:space="preserve">EST 2 E3  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ALFA TERMICA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alfa.termica@tiscali.it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alfatermicasrl@lamiapec.it</w:t>
              <w:br/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3512512066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 xml:space="preserve">EST 2 E4  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CLEI SOC. COOPERATIVA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gare@infratech.it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infratech@pec.it</w:t>
              <w:br/>
              <w:t>clei.coop@pec.it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352 2947787</w:t>
              <w:br/>
              <w:t>081 5621498</w:t>
              <w:br/>
              <w:t>324 7764318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35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OVEST 1 - W1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 BUILDING SRL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 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eco.building@pec.it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334750986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36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OVEST 1 - W2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CENTRO  COSTRUZIONI MERIDIONALE SRL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 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centrocostruzionimeridionali@arubapec.it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3468546062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37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 xml:space="preserve">OVEST 2 – W3 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 MERIDIONALI SRL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costruzionimeridionali@virgilio.it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costruzionimeridionalisrl@arubapec.it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346 8546062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38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 xml:space="preserve">OVEST 2 – W4 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Manutenzione Edile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Costruzioni Cinquegrana S.R.L. 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costruzionicinquegrana@gmail.com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costruzionicinquegrana@legalmail.com</w:t>
              <w:br/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3517495773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39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EST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Verde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VIMARA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verdeacervimara@gmail.com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vimararsl@arubapec.it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0813994389 (call center) - 0813994389 (FAX) - 3351402360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40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OVEST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Verde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CENTRO GARDEN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centro.garden@libero.it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centrogarde@pec.ascomcasoriaservizi.it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0817577148 (call center) - 08119573739 (FAX) - 3896080699 (H24)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41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EST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ESPURGHI SAN NICOLA SERVICE S.R.L: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espurghisannicolaservice@gmail.com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espurghisannicolasrl@pec.it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0823451076 (H24) - 0823457233 (call center) - 0823452670 (FAX)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42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OVEST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Espurghi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MAYA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acernapoli-espurghi@mayaecologia.it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mayasrl@sicurezzapostale.it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0818425856 (call center) - 0812134400 (H24) - 0815221536 (FAX) - 0818425856 - Cell. 3899148229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43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Lotto 1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R.T.I. Del Bo Servizi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 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delboservizi@pec.it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800800979 - 0816397501 - 0816397500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44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Lotto 2 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R.T.I. Del Bo Servizi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 xml:space="preserve"> 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delboservizi@pec.it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800800979 - 0816397501 - 0816397500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45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Lotto 2 B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Di Madero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info@dimadero.it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dimadero@pec.it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800778748 - 3453698665 – 0818995777</w:t>
              <w:br/>
              <w:t>(800188926 zona pozzuoli)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46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Lotto 1 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Ascensori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Marrocco S.R.L.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info@marrocco-elevators.com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marrocco-elevators@legalmail.it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800599877</w:t>
              <w:br/>
              <w:t>0817879473</w:t>
            </w:r>
          </w:p>
        </w:tc>
      </w:tr>
      <w:tr>
        <w:trPr>
          <w:cantSplit/>
        </w:trPr>
        <w:tc>
          <w:tcPr>
            <w:tcW w:type="dxa" w:w="39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47</w:t>
            </w:r>
          </w:p>
        </w:tc>
        <w:tc>
          <w:tcPr>
            <w:tcW w:type="dxa" w:w="510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</w:t>
            </w:r>
          </w:p>
        </w:tc>
        <w:tc>
          <w:tcPr>
            <w:tcW w:type="dxa" w:w="130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Napoli e Provincia</w:t>
            </w:r>
          </w:p>
        </w:tc>
        <w:tc>
          <w:tcPr>
            <w:tcW w:type="dxa" w:w="1474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Impianti elettrici</w:t>
            </w:r>
          </w:p>
        </w:tc>
        <w:tc>
          <w:tcPr>
            <w:tcW w:type="dxa" w:w="226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CONSORZIO STABILE DEL MEDITERRANEO - Impresa Esecutrice LA DEMETRIO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info@consorziostabiledelmediterraneo.it</w:t>
            </w:r>
          </w:p>
        </w:tc>
        <w:tc>
          <w:tcPr>
            <w:tcW w:type="dxa" w:w="311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consorziodelmediterraneo@pec.it - lademetriocostruzioni@arubapec.it</w:t>
            </w:r>
          </w:p>
        </w:tc>
        <w:tc>
          <w:tcPr>
            <w:tcW w:type="dxa" w:w="1928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4"/>
              </w:rPr>
              <w:t>3459363480</w:t>
            </w:r>
          </w:p>
        </w:tc>
      </w:tr>
    </w:tbl>
    <w:sectPr w:rsidR="00FC693F" w:rsidRPr="0006063C" w:rsidSect="00034616">
      <w:pgSz w:w="16838" w:h="11906" w:orient="landscape"/>
      <w:pgMar w:top="624" w:right="567" w:bottom="62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